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Aptos Display" w:hAnsi="Aptos Display"/>
          <w:b/>
          <w:color w:val="64401C"/>
          <w:sz w:val="40"/>
        </w:rPr>
        <w:t>Toník - podzim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555480" cy="53899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ník - podzi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55480" cy="538997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4" w:h="11909" w:orient="landscape"/>
      <w:pgMar w:top="504" w:right="792" w:bottom="50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