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9144000" cy="64648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Září - vepsaná kapitola opravená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46480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4400" w:h="10181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