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9144000" cy="646480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psaná kapitola ŠD1+ŠD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46480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4400" w:h="10181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