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. kapitola ŘÍJEN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4400" w:h="96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