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9144000" cy="60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niha - Září - 1.kapitol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96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4400" w:h="96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