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9638"/>
      </w:tblGrid>
      <w:tr w:rsidR="0030232F" w14:paraId="10BA95B7" w14:textId="77777777">
        <w:trPr>
          <w:jc w:val="center"/>
        </w:trPr>
        <w:tc>
          <w:tcPr>
            <w:tcW w:w="1417" w:type="dxa"/>
            <w:vAlign w:val="center"/>
          </w:tcPr>
          <w:p w14:paraId="52C0BE7D" w14:textId="77777777" w:rsidR="0030232F" w:rsidRDefault="0000000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05F2D9" wp14:editId="79424ED0">
                  <wp:extent cx="720000" cy="733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rmoul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8" w:type="dxa"/>
            <w:vAlign w:val="center"/>
          </w:tcPr>
          <w:p w14:paraId="4758A7C3" w14:textId="77777777" w:rsidR="0030232F" w:rsidRDefault="00000000">
            <w:pPr>
              <w:spacing w:after="0" w:line="240" w:lineRule="auto"/>
            </w:pPr>
            <w:r>
              <w:rPr>
                <w:b/>
                <w:sz w:val="21"/>
              </w:rPr>
              <w:t>Základní a Mateřská Škola Drmoul, příspěvková organizace</w:t>
            </w:r>
          </w:p>
          <w:p w14:paraId="2F28C253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Školní 26, 353 01 Drmoul, IČ: 70998221</w:t>
            </w:r>
          </w:p>
          <w:p w14:paraId="49B3C5DD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www.zsamsdrmoul.cz    Tel: 777 470 476, 777 470 479, 771 287 171</w:t>
            </w:r>
          </w:p>
        </w:tc>
      </w:tr>
    </w:tbl>
    <w:p w14:paraId="610E4C92" w14:textId="77777777" w:rsidR="0030232F" w:rsidRDefault="0030232F">
      <w:pPr>
        <w:spacing w:after="100" w:line="240" w:lineRule="auto"/>
      </w:pPr>
    </w:p>
    <w:p w14:paraId="7C9C54A0" w14:textId="77777777" w:rsidR="0030232F" w:rsidRDefault="00000000">
      <w:pPr>
        <w:spacing w:after="100" w:line="240" w:lineRule="auto"/>
      </w:pPr>
      <w:r>
        <w:rPr>
          <w:b/>
          <w:sz w:val="26"/>
        </w:rPr>
        <w:t>Žádost o uvolnění z družiny</w:t>
      </w:r>
    </w:p>
    <w:p w14:paraId="14678B4B" w14:textId="5EA3AD96" w:rsidR="0030232F" w:rsidRDefault="00000000">
      <w:pPr>
        <w:spacing w:after="60" w:line="240" w:lineRule="auto"/>
      </w:pPr>
      <w:r>
        <w:t xml:space="preserve">Žádám o uvolnění mého </w:t>
      </w:r>
      <w:r w:rsidR="008A4CAA">
        <w:t xml:space="preserve"> </w:t>
      </w:r>
      <w:r>
        <w:t>syna (dcery) __________________________________________</w:t>
      </w:r>
    </w:p>
    <w:p w14:paraId="630F57AF" w14:textId="77777777" w:rsidR="008A4CAA" w:rsidRDefault="008A4CAA">
      <w:pPr>
        <w:spacing w:after="60" w:line="240" w:lineRule="auto"/>
      </w:pPr>
    </w:p>
    <w:p w14:paraId="635777D0" w14:textId="229D9550" w:rsidR="0030232F" w:rsidRDefault="00000000">
      <w:pPr>
        <w:spacing w:after="60" w:line="240" w:lineRule="auto"/>
      </w:pPr>
      <w:r>
        <w:t>z družiny dne __________________________ v __________</w:t>
      </w:r>
      <w:r w:rsidR="006F6F6D">
        <w:t>__________________</w:t>
      </w:r>
      <w:r>
        <w:t xml:space="preserve"> h</w:t>
      </w:r>
      <w:r w:rsidR="006F6F6D">
        <w:t>odin.</w:t>
      </w:r>
      <w:r w:rsidR="008A4CAA">
        <w:t xml:space="preserve"> </w:t>
      </w:r>
    </w:p>
    <w:p w14:paraId="24B90171" w14:textId="77777777" w:rsidR="008A4CAA" w:rsidRDefault="008A4CAA">
      <w:pPr>
        <w:spacing w:after="60" w:line="240" w:lineRule="auto"/>
      </w:pPr>
    </w:p>
    <w:p w14:paraId="2D9C4FEA" w14:textId="77777777" w:rsidR="0030232F" w:rsidRDefault="00000000">
      <w:pPr>
        <w:spacing w:after="60" w:line="240" w:lineRule="auto"/>
      </w:pPr>
      <w:r>
        <w:t>Prohlašuji, že okamžikem odchodu dítěte z prostoru školy přebírám veškerou právní odpovědnost</w:t>
      </w:r>
    </w:p>
    <w:p w14:paraId="60B28651" w14:textId="77777777" w:rsidR="0030232F" w:rsidRDefault="00000000">
      <w:pPr>
        <w:spacing w:after="100" w:line="240" w:lineRule="auto"/>
      </w:pPr>
      <w:r>
        <w:t>vyplývající z povinnosti dohledu nad dítětem.</w:t>
      </w:r>
    </w:p>
    <w:p w14:paraId="08A4450A" w14:textId="77777777" w:rsidR="008A4CAA" w:rsidRDefault="008A4CAA">
      <w:pPr>
        <w:spacing w:after="10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5953"/>
      </w:tblGrid>
      <w:tr w:rsidR="0030232F" w14:paraId="4E0151FE" w14:textId="77777777">
        <w:trPr>
          <w:jc w:val="center"/>
        </w:trPr>
        <w:tc>
          <w:tcPr>
            <w:tcW w:w="4535" w:type="dxa"/>
          </w:tcPr>
          <w:p w14:paraId="3BD7C81D" w14:textId="77777777" w:rsidR="0030232F" w:rsidRDefault="00000000">
            <w:pPr>
              <w:spacing w:after="0" w:line="240" w:lineRule="auto"/>
            </w:pPr>
            <w:r>
              <w:t>Datum: __________________________</w:t>
            </w:r>
          </w:p>
        </w:tc>
        <w:tc>
          <w:tcPr>
            <w:tcW w:w="5953" w:type="dxa"/>
          </w:tcPr>
          <w:p w14:paraId="6024CF95" w14:textId="77777777" w:rsidR="0030232F" w:rsidRDefault="00000000">
            <w:pPr>
              <w:spacing w:after="0" w:line="240" w:lineRule="auto"/>
            </w:pPr>
            <w:r>
              <w:t>Podpis rodičů: ______________________________</w:t>
            </w:r>
          </w:p>
          <w:p w14:paraId="7F3C792B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(zákonného zástupce)</w:t>
            </w:r>
          </w:p>
        </w:tc>
      </w:tr>
    </w:tbl>
    <w:p w14:paraId="23B3625B" w14:textId="77777777" w:rsidR="0030232F" w:rsidRDefault="0030232F">
      <w:pPr>
        <w:spacing w:before="40" w:after="40" w:line="240" w:lineRule="auto"/>
      </w:pPr>
    </w:p>
    <w:p w14:paraId="33D0F1CF" w14:textId="77777777" w:rsidR="0030232F" w:rsidRDefault="00000000">
      <w:pPr>
        <w:spacing w:before="80" w:after="0" w:line="240" w:lineRule="auto"/>
      </w:pPr>
      <w:r>
        <w:rPr>
          <w:sz w:val="18"/>
        </w:rPr>
        <w:t>✂  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71D9673D" w14:textId="77777777" w:rsidR="0030232F" w:rsidRDefault="0030232F">
      <w:pPr>
        <w:spacing w:before="20" w:after="2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9638"/>
      </w:tblGrid>
      <w:tr w:rsidR="0030232F" w14:paraId="54D5F865" w14:textId="77777777">
        <w:trPr>
          <w:jc w:val="center"/>
        </w:trPr>
        <w:tc>
          <w:tcPr>
            <w:tcW w:w="1417" w:type="dxa"/>
            <w:vAlign w:val="center"/>
          </w:tcPr>
          <w:p w14:paraId="3C5A9595" w14:textId="77777777" w:rsidR="0030232F" w:rsidRDefault="0000000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D6758C" wp14:editId="616882F4">
                  <wp:extent cx="720000" cy="733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rmoul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8" w:type="dxa"/>
            <w:vAlign w:val="center"/>
          </w:tcPr>
          <w:p w14:paraId="7A2949DF" w14:textId="77777777" w:rsidR="0030232F" w:rsidRDefault="00000000">
            <w:pPr>
              <w:spacing w:after="0" w:line="240" w:lineRule="auto"/>
            </w:pPr>
            <w:r>
              <w:rPr>
                <w:b/>
                <w:sz w:val="21"/>
              </w:rPr>
              <w:t>Základní a Mateřská Škola Drmoul, příspěvková organizace</w:t>
            </w:r>
          </w:p>
          <w:p w14:paraId="1D03DA90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Školní 26, 353 01 Drmoul, IČ: 70998221</w:t>
            </w:r>
          </w:p>
          <w:p w14:paraId="37E4852E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www.zsamsdrmoul.cz    Tel: 777 470 476, 777 470 479, 771 287 171</w:t>
            </w:r>
          </w:p>
        </w:tc>
      </w:tr>
    </w:tbl>
    <w:p w14:paraId="2FA72DDC" w14:textId="77777777" w:rsidR="0030232F" w:rsidRDefault="0030232F">
      <w:pPr>
        <w:spacing w:after="100" w:line="240" w:lineRule="auto"/>
      </w:pPr>
    </w:p>
    <w:p w14:paraId="3B970B5E" w14:textId="77777777" w:rsidR="0030232F" w:rsidRDefault="00000000">
      <w:pPr>
        <w:spacing w:after="100" w:line="240" w:lineRule="auto"/>
      </w:pPr>
      <w:r>
        <w:rPr>
          <w:b/>
          <w:sz w:val="26"/>
        </w:rPr>
        <w:t>Žádost o uvolnění z družiny</w:t>
      </w:r>
    </w:p>
    <w:p w14:paraId="2C9BE2B3" w14:textId="77777777" w:rsidR="0030232F" w:rsidRDefault="00000000">
      <w:pPr>
        <w:spacing w:after="60" w:line="240" w:lineRule="auto"/>
      </w:pPr>
      <w:r>
        <w:t>Žádám o uvolnění mého syna (dcery) __________________________________________</w:t>
      </w:r>
    </w:p>
    <w:p w14:paraId="18D01427" w14:textId="77777777" w:rsidR="008A4CAA" w:rsidRDefault="008A4CAA">
      <w:pPr>
        <w:spacing w:after="60" w:line="240" w:lineRule="auto"/>
      </w:pPr>
    </w:p>
    <w:p w14:paraId="7354C6CA" w14:textId="5661CB2D" w:rsidR="0030232F" w:rsidRDefault="00000000">
      <w:pPr>
        <w:spacing w:after="60" w:line="240" w:lineRule="auto"/>
      </w:pPr>
      <w:r>
        <w:t>z družiny dne __________________________ v __________</w:t>
      </w:r>
      <w:r w:rsidR="006F6F6D">
        <w:t>_______________________</w:t>
      </w:r>
      <w:r>
        <w:t xml:space="preserve"> h</w:t>
      </w:r>
      <w:r w:rsidR="006F6F6D">
        <w:t>odin.</w:t>
      </w:r>
    </w:p>
    <w:p w14:paraId="399BE81C" w14:textId="77777777" w:rsidR="008A4CAA" w:rsidRDefault="008A4CAA">
      <w:pPr>
        <w:spacing w:after="60" w:line="240" w:lineRule="auto"/>
      </w:pPr>
    </w:p>
    <w:p w14:paraId="165B2474" w14:textId="77777777" w:rsidR="0030232F" w:rsidRDefault="00000000">
      <w:pPr>
        <w:spacing w:after="60" w:line="240" w:lineRule="auto"/>
      </w:pPr>
      <w:r>
        <w:t>Prohlašuji, že okamžikem odchodu dítěte z prostoru školy přebírám veškerou právní odpovědnost</w:t>
      </w:r>
    </w:p>
    <w:p w14:paraId="41922D5D" w14:textId="77777777" w:rsidR="0030232F" w:rsidRDefault="00000000">
      <w:pPr>
        <w:spacing w:after="100" w:line="240" w:lineRule="auto"/>
      </w:pPr>
      <w:r>
        <w:t>vyplývající z povinnosti dohledu nad dítětem.</w:t>
      </w:r>
    </w:p>
    <w:p w14:paraId="676CC091" w14:textId="77777777" w:rsidR="008A4CAA" w:rsidRDefault="008A4CAA">
      <w:pPr>
        <w:spacing w:after="10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5953"/>
      </w:tblGrid>
      <w:tr w:rsidR="0030232F" w14:paraId="1590EB25" w14:textId="77777777">
        <w:trPr>
          <w:jc w:val="center"/>
        </w:trPr>
        <w:tc>
          <w:tcPr>
            <w:tcW w:w="4535" w:type="dxa"/>
          </w:tcPr>
          <w:p w14:paraId="1FE31D9B" w14:textId="77777777" w:rsidR="0030232F" w:rsidRDefault="00000000">
            <w:pPr>
              <w:spacing w:after="0" w:line="240" w:lineRule="auto"/>
            </w:pPr>
            <w:r>
              <w:t>Datum: __________________________</w:t>
            </w:r>
          </w:p>
        </w:tc>
        <w:tc>
          <w:tcPr>
            <w:tcW w:w="5953" w:type="dxa"/>
          </w:tcPr>
          <w:p w14:paraId="66F38E76" w14:textId="77777777" w:rsidR="0030232F" w:rsidRDefault="00000000">
            <w:pPr>
              <w:spacing w:after="0" w:line="240" w:lineRule="auto"/>
            </w:pPr>
            <w:r>
              <w:t>Podpis rodičů: ______________________________</w:t>
            </w:r>
          </w:p>
          <w:p w14:paraId="28AD25D3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(zákonného zástupce)</w:t>
            </w:r>
          </w:p>
        </w:tc>
      </w:tr>
    </w:tbl>
    <w:p w14:paraId="73999599" w14:textId="77777777" w:rsidR="0030232F" w:rsidRDefault="0030232F">
      <w:pPr>
        <w:spacing w:before="40" w:after="40" w:line="240" w:lineRule="auto"/>
      </w:pPr>
    </w:p>
    <w:p w14:paraId="660D0065" w14:textId="77777777" w:rsidR="0030232F" w:rsidRDefault="00000000">
      <w:pPr>
        <w:spacing w:before="80" w:after="0" w:line="240" w:lineRule="auto"/>
      </w:pPr>
      <w:r>
        <w:rPr>
          <w:sz w:val="18"/>
        </w:rPr>
        <w:t>✂  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BD51F99" w14:textId="77777777" w:rsidR="0030232F" w:rsidRDefault="0030232F">
      <w:pPr>
        <w:spacing w:before="20" w:after="2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9638"/>
      </w:tblGrid>
      <w:tr w:rsidR="0030232F" w14:paraId="125FEF21" w14:textId="77777777">
        <w:trPr>
          <w:jc w:val="center"/>
        </w:trPr>
        <w:tc>
          <w:tcPr>
            <w:tcW w:w="1417" w:type="dxa"/>
            <w:vAlign w:val="center"/>
          </w:tcPr>
          <w:p w14:paraId="5A2A028D" w14:textId="77777777" w:rsidR="0030232F" w:rsidRDefault="0000000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74B7AA" wp14:editId="75B6B33F">
                  <wp:extent cx="720000" cy="733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rmoul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8" w:type="dxa"/>
            <w:vAlign w:val="center"/>
          </w:tcPr>
          <w:p w14:paraId="18B0D07D" w14:textId="77777777" w:rsidR="0030232F" w:rsidRDefault="00000000">
            <w:pPr>
              <w:spacing w:after="0" w:line="240" w:lineRule="auto"/>
            </w:pPr>
            <w:r>
              <w:rPr>
                <w:b/>
                <w:sz w:val="21"/>
              </w:rPr>
              <w:t>Základní a Mateřská Škola Drmoul, příspěvková organizace</w:t>
            </w:r>
          </w:p>
          <w:p w14:paraId="523B0926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Školní 26, 353 01 Drmoul, IČ: 70998221</w:t>
            </w:r>
          </w:p>
          <w:p w14:paraId="3DDAEA6B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www.zsamsdrmoul.cz    Tel: 777 470 476, 777 470 479, 771 287 171</w:t>
            </w:r>
          </w:p>
        </w:tc>
      </w:tr>
    </w:tbl>
    <w:p w14:paraId="056579D1" w14:textId="77777777" w:rsidR="0030232F" w:rsidRDefault="0030232F">
      <w:pPr>
        <w:spacing w:after="100" w:line="240" w:lineRule="auto"/>
      </w:pPr>
    </w:p>
    <w:p w14:paraId="20FEFC94" w14:textId="77777777" w:rsidR="0030232F" w:rsidRDefault="00000000">
      <w:pPr>
        <w:spacing w:after="100" w:line="240" w:lineRule="auto"/>
      </w:pPr>
      <w:r>
        <w:rPr>
          <w:b/>
          <w:sz w:val="26"/>
        </w:rPr>
        <w:t>Žádost o uvolnění z družiny</w:t>
      </w:r>
    </w:p>
    <w:p w14:paraId="712C6F56" w14:textId="77777777" w:rsidR="0030232F" w:rsidRDefault="00000000">
      <w:pPr>
        <w:spacing w:after="60" w:line="240" w:lineRule="auto"/>
      </w:pPr>
      <w:r>
        <w:t>Žádám o uvolnění mého syna (dcery) __________________________________________</w:t>
      </w:r>
    </w:p>
    <w:p w14:paraId="59631FC0" w14:textId="77777777" w:rsidR="008A4CAA" w:rsidRDefault="008A4CAA">
      <w:pPr>
        <w:spacing w:after="60" w:line="240" w:lineRule="auto"/>
      </w:pPr>
    </w:p>
    <w:p w14:paraId="50B83193" w14:textId="24AC925C" w:rsidR="0030232F" w:rsidRDefault="00000000">
      <w:pPr>
        <w:spacing w:after="60" w:line="240" w:lineRule="auto"/>
      </w:pPr>
      <w:r>
        <w:t>z družiny dne __________________________ v __________</w:t>
      </w:r>
      <w:r w:rsidR="006F6F6D">
        <w:t>________________________</w:t>
      </w:r>
      <w:r>
        <w:t xml:space="preserve"> h</w:t>
      </w:r>
      <w:r w:rsidR="006F6F6D">
        <w:t>odin.</w:t>
      </w:r>
    </w:p>
    <w:p w14:paraId="25926105" w14:textId="77777777" w:rsidR="008A4CAA" w:rsidRDefault="008A4CAA">
      <w:pPr>
        <w:spacing w:after="60" w:line="240" w:lineRule="auto"/>
      </w:pPr>
    </w:p>
    <w:p w14:paraId="4552ADA4" w14:textId="77777777" w:rsidR="0030232F" w:rsidRDefault="00000000">
      <w:pPr>
        <w:spacing w:after="60" w:line="240" w:lineRule="auto"/>
      </w:pPr>
      <w:r>
        <w:t>Prohlašuji, že okamžikem odchodu dítěte z prostoru školy přebírám veškerou právní odpovědnost</w:t>
      </w:r>
    </w:p>
    <w:p w14:paraId="0FDC533C" w14:textId="77777777" w:rsidR="0030232F" w:rsidRDefault="00000000">
      <w:pPr>
        <w:spacing w:after="100" w:line="240" w:lineRule="auto"/>
      </w:pPr>
      <w:r>
        <w:t>vyplývající z povinnosti dohledu nad dítětem.</w:t>
      </w:r>
    </w:p>
    <w:p w14:paraId="610D8298" w14:textId="77777777" w:rsidR="008A4CAA" w:rsidRDefault="008A4CAA">
      <w:pPr>
        <w:spacing w:after="10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5953"/>
      </w:tblGrid>
      <w:tr w:rsidR="0030232F" w14:paraId="2BCEB527" w14:textId="77777777">
        <w:trPr>
          <w:jc w:val="center"/>
        </w:trPr>
        <w:tc>
          <w:tcPr>
            <w:tcW w:w="4535" w:type="dxa"/>
          </w:tcPr>
          <w:p w14:paraId="1271D26E" w14:textId="77777777" w:rsidR="0030232F" w:rsidRDefault="00000000">
            <w:pPr>
              <w:spacing w:after="0" w:line="240" w:lineRule="auto"/>
            </w:pPr>
            <w:r>
              <w:t>Datum: __________________________</w:t>
            </w:r>
          </w:p>
        </w:tc>
        <w:tc>
          <w:tcPr>
            <w:tcW w:w="5953" w:type="dxa"/>
          </w:tcPr>
          <w:p w14:paraId="33A29131" w14:textId="77777777" w:rsidR="0030232F" w:rsidRDefault="00000000">
            <w:pPr>
              <w:spacing w:after="0" w:line="240" w:lineRule="auto"/>
            </w:pPr>
            <w:r>
              <w:t>Podpis rodičů: ______________________________</w:t>
            </w:r>
          </w:p>
          <w:p w14:paraId="7EA8C65C" w14:textId="77777777" w:rsidR="0030232F" w:rsidRDefault="00000000">
            <w:pPr>
              <w:spacing w:after="0" w:line="240" w:lineRule="auto"/>
            </w:pPr>
            <w:r>
              <w:rPr>
                <w:sz w:val="19"/>
              </w:rPr>
              <w:t>(zákonného zástupce)</w:t>
            </w:r>
          </w:p>
        </w:tc>
      </w:tr>
    </w:tbl>
    <w:p w14:paraId="34086B37" w14:textId="77777777" w:rsidR="006B25B7" w:rsidRDefault="006B25B7"/>
    <w:sectPr w:rsidR="006B25B7" w:rsidSect="00034616">
      <w:pgSz w:w="11906" w:h="16838"/>
      <w:pgMar w:top="369" w:right="567" w:bottom="36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87848">
    <w:abstractNumId w:val="8"/>
  </w:num>
  <w:num w:numId="2" w16cid:durableId="1559127077">
    <w:abstractNumId w:val="6"/>
  </w:num>
  <w:num w:numId="3" w16cid:durableId="141705384">
    <w:abstractNumId w:val="5"/>
  </w:num>
  <w:num w:numId="4" w16cid:durableId="1962608033">
    <w:abstractNumId w:val="4"/>
  </w:num>
  <w:num w:numId="5" w16cid:durableId="140730304">
    <w:abstractNumId w:val="7"/>
  </w:num>
  <w:num w:numId="6" w16cid:durableId="1653018158">
    <w:abstractNumId w:val="3"/>
  </w:num>
  <w:num w:numId="7" w16cid:durableId="1121991308">
    <w:abstractNumId w:val="2"/>
  </w:num>
  <w:num w:numId="8" w16cid:durableId="573322713">
    <w:abstractNumId w:val="1"/>
  </w:num>
  <w:num w:numId="9" w16cid:durableId="179332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32F"/>
    <w:rsid w:val="00326F90"/>
    <w:rsid w:val="003A7273"/>
    <w:rsid w:val="00440FA0"/>
    <w:rsid w:val="006B25B7"/>
    <w:rsid w:val="006F6F6D"/>
    <w:rsid w:val="008A4CAA"/>
    <w:rsid w:val="00AA1D8D"/>
    <w:rsid w:val="00B47730"/>
    <w:rsid w:val="00CB0664"/>
    <w:rsid w:val="00E66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A473DA"/>
  <w14:defaultImageDpi w14:val="300"/>
  <w15:docId w15:val="{37D176E4-00B4-4EE7-A815-A41306E8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Miroslava Žáčková</cp:lastModifiedBy>
  <cp:revision>4</cp:revision>
  <dcterms:created xsi:type="dcterms:W3CDTF">2013-12-23T23:15:00Z</dcterms:created>
  <dcterms:modified xsi:type="dcterms:W3CDTF">2026-08-14T14:07:00Z</dcterms:modified>
  <cp:category/>
</cp:coreProperties>
</file>